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היום בסיגד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היום בחג הסיגד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הטקסים - הצום, התהלוכה והתפילה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שלבי היום מהתחלה לסוף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משכימים קום, טובלים במים ולובשים בגדים לבנים ונקיים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מתאספים, והקסים מוציאים את ספר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עולים בתהלוכה אל ראש ההר, מתחת למטריות הצבעוניות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 ההר צמים, קוראים מהאורית ומתפללים לשוב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יורדים מההר, שוברים את הצום בסעודה חגיגית, שרים ורוקדים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טובלים במים ולובשים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צמים ומתפללים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שוברים את הצום בסעודה חגיגית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הבגדים הלבנים סמל לטוהר ולהתחלה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על ההר צמים ומתפללים, הסעודה היא רק אחרי הירידה מההר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המטריות הצבעוניות הן חלק ממראה התהלוכה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הסעודה מתקיימת רק בסוף היום, אחרי הצום והירידה מההר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טובלים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(סמל לטוהר ולהתחלה 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(ספר הקודש של יהודי אתיופיה, בשפת הגעז)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(מנהיגים דתיים שמובילים את הטקס)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(חלק מהמראה החגיגי של התהלוכה)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(ארוחה חגיגית בסיום הצום)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הצום מבטא בקשה וגעגוע, והוא נשלם רק אחרי התפילה והירידה מההר בסוף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ביטוי לכיסופים ולגעגוע ההיסטורי של יהודי אתיופיה לירושלים ולארץ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טבילה במים ולבישת בגדים לבנים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שוברים את הצום בסעודה חגיגית, שרים ורוקדים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או ציור של ההר כדי לעזור לתלמידים לדמיין את סדר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תרגיל הסידור בזוגות ואז להשוות תשובות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לשאלה האישית: מה היה מרגש לכם ביום כזה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סדר היום בסיגד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בחג הסיגד אנשים הולכים יחד אל הר גבוה. הם צמים - לא אוכלים ולא שותים. הם מתפללים. אחר כך הם יורדים מההר ואוכלים יחד ארוחה חגיגית. בדף הזה נלמד מה קורה קודם ומה קורה אחר כך.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יהודי אתיופי שחוגגים כחמישים יום אחרי יום כיפור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דתיים של יהודי אתיופיה שמובילים את הטקס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הקודש של יהודי אתיופיה, כתוב בשפת הגעז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שבה כתוב ספר האורית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הימנעות מאכילה ומשתייה למשך זמן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הליכה משותפת של קבוצה גדולה של אנשים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מטריות צבעוניות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מהמראה החגיגי של התהלוכה אל ראש ההר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סעודה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ארוחה חגיגית שאוכלים יחד בסיום הצום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סדרו את שלבי היום מהתחלה לסוף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מתאספים, והקסים מוציאים את ספר האורית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ההר צמים, קוראים מהאורית ומתפללים לשוב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יורדים מההר, שוברים את הצום בסעודה חגיגית, שרים ורוקדים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עולים בתהלוכה אל ראש ההר, מתחת למטריות הצבעוניות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משכימים קום, טובלים במים ולובשים בגדים לבנים ונקיים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בבוקר של יום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טובלים במים ולובשים בגדים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סעודה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רוקדים בכיכר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 עד הצהריים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מחזיק את ספר הקודש בטקס?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אל איפה הולכים בתהלוכה?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לראש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לבית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למעלה על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רוקדים ושרים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צמים ומתפללים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אוכלים ושותים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בערב, אחרי הירידה מההר?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לצום עד הערב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שוברים את הצום בסעודה חגיגית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 שוב אל ראש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חוזרים הביתה בלי לאכול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הסיגד לובשים בגדים לבנים ונקיים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ראש ההר אוכלים סעודה חגיגית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התהלוכה אל ראש ההר מתקיימת מתחת למטריות צבעוניות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הסעודה החגיגית נערכת לפני העלייה אל ההר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היום משכימים קום ו__________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מוציאים את ספר האורית בתחילת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התהלוכה עולה אל ראש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היום שוברים את ה__________ בסעודה חגיגית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בגדים לבנים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ספר הקודש של יהודי אתיופיה, בשפת הגעז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ארוחה חגיגית בסיום הצום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סמל לטוהר ולהתחלה 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מטריות צבעוניות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מנהיגים דתיים שמובילים את הטקס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סעודה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מהמראה החגיגי של התהלוכה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למה צמים דווקא על ראש ההר ולא יורדים לאכול באמצע היום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התפילה לשוב לירושלים בטקס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הצעד הראשון ביום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מוציא את ספר האורית בטקס?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בסוף היום, אחרי הירידה מההר?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סדר היום בסיגד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